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AE8DF1" w14:textId="77777777" w:rsidR="004F6746" w:rsidRDefault="00BE11BB">
      <w:pPr>
        <w:jc w:val="center"/>
      </w:pPr>
      <w:r>
        <w:rPr>
          <w:noProof/>
        </w:rPr>
        <w:drawing>
          <wp:inline distT="0" distB="0" distL="0" distR="0" wp14:anchorId="5432CD95" wp14:editId="3C05AE63">
            <wp:extent cx="2286000" cy="2286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 Soft Blue and Gold Palett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83A5B" w14:textId="77777777" w:rsidR="004F6746" w:rsidRDefault="00BE11BB">
      <w:pPr>
        <w:jc w:val="center"/>
      </w:pPr>
      <w:r>
        <w:rPr>
          <w:b/>
          <w:color w:val="1A304E"/>
          <w:sz w:val="44"/>
        </w:rPr>
        <w:t>Defense Day Checklist</w:t>
      </w:r>
    </w:p>
    <w:p w14:paraId="17338CCD" w14:textId="77777777" w:rsidR="004F6746" w:rsidRDefault="00BE11BB">
      <w:pPr>
        <w:jc w:val="center"/>
      </w:pPr>
      <w:r>
        <w:rPr>
          <w:color w:val="A0BEDC"/>
        </w:rPr>
        <w:t>━━━━━━━━━━━━━━━━━━━━━━━━━━━━━━━━━━━━━</w:t>
      </w:r>
    </w:p>
    <w:p w14:paraId="2FAD62D9" w14:textId="77777777" w:rsidR="004F6746" w:rsidRDefault="00BE11BB">
      <w:r>
        <w:rPr>
          <w:b/>
          <w:color w:val="1A304E"/>
          <w:sz w:val="28"/>
        </w:rPr>
        <w:t>Before the Day</w:t>
      </w:r>
    </w:p>
    <w:p w14:paraId="29B5F886" w14:textId="77777777" w:rsidR="004F6746" w:rsidRDefault="00BE11BB">
      <w:pPr>
        <w:pStyle w:val="ListBullet"/>
      </w:pPr>
      <w:r>
        <w:rPr>
          <w:color w:val="1A304E"/>
        </w:rPr>
        <w:t>Confirm defense date, time, and location/Zoom link with committee</w:t>
      </w:r>
    </w:p>
    <w:p w14:paraId="450BF06A" w14:textId="77777777" w:rsidR="004F6746" w:rsidRDefault="00BE11BB">
      <w:pPr>
        <w:pStyle w:val="ListBullet"/>
      </w:pPr>
      <w:r>
        <w:rPr>
          <w:color w:val="1A304E"/>
        </w:rPr>
        <w:t>Submit final draft and any required materials by the deadline</w:t>
      </w:r>
    </w:p>
    <w:p w14:paraId="7612F423" w14:textId="77777777" w:rsidR="004F6746" w:rsidRDefault="00BE11BB">
      <w:pPr>
        <w:pStyle w:val="ListBullet"/>
      </w:pPr>
      <w:r>
        <w:rPr>
          <w:color w:val="1A304E"/>
        </w:rPr>
        <w:t xml:space="preserve">Prepare and rehearse your presentation </w:t>
      </w:r>
      <w:r>
        <w:rPr>
          <w:color w:val="1A304E"/>
        </w:rPr>
        <w:t>(timed run-throughs)</w:t>
      </w:r>
    </w:p>
    <w:p w14:paraId="502CD68E" w14:textId="77777777" w:rsidR="004F6746" w:rsidRDefault="00BE11BB">
      <w:pPr>
        <w:pStyle w:val="ListBullet"/>
      </w:pPr>
      <w:r>
        <w:rPr>
          <w:color w:val="1A304E"/>
        </w:rPr>
        <w:t>Print or save copies of slides, notes, and abstract</w:t>
      </w:r>
    </w:p>
    <w:p w14:paraId="632FD888" w14:textId="77777777" w:rsidR="004F6746" w:rsidRDefault="00BE11BB">
      <w:pPr>
        <w:pStyle w:val="ListBullet"/>
      </w:pPr>
      <w:r>
        <w:rPr>
          <w:color w:val="1A304E"/>
        </w:rPr>
        <w:t>Review potential committee questions</w:t>
      </w:r>
    </w:p>
    <w:p w14:paraId="3D92B62B" w14:textId="77777777" w:rsidR="004F6746" w:rsidRDefault="00BE11BB">
      <w:pPr>
        <w:pStyle w:val="ListBullet"/>
      </w:pPr>
      <w:r>
        <w:rPr>
          <w:color w:val="1A304E"/>
        </w:rPr>
        <w:t>Double-check data tables, figures, and citations</w:t>
      </w:r>
    </w:p>
    <w:p w14:paraId="40636484" w14:textId="77777777" w:rsidR="004F6746" w:rsidRDefault="00BE11BB">
      <w:pPr>
        <w:pStyle w:val="ListBullet"/>
      </w:pPr>
      <w:r>
        <w:rPr>
          <w:color w:val="1A304E"/>
        </w:rPr>
        <w:t>Back up files to multiple locations</w:t>
      </w:r>
    </w:p>
    <w:p w14:paraId="4013EE13" w14:textId="77777777" w:rsidR="004F6746" w:rsidRDefault="00BE11BB">
      <w:pPr>
        <w:pStyle w:val="ListBullet"/>
      </w:pPr>
      <w:r>
        <w:rPr>
          <w:color w:val="1A304E"/>
        </w:rPr>
        <w:t>Print signature pages or required forms</w:t>
      </w:r>
    </w:p>
    <w:p w14:paraId="57A12BBD" w14:textId="77777777" w:rsidR="004F6746" w:rsidRDefault="00BE11BB">
      <w:r>
        <w:rPr>
          <w:b/>
          <w:color w:val="1A304E"/>
          <w:sz w:val="28"/>
        </w:rPr>
        <w:t>Technology + Logistic</w:t>
      </w:r>
      <w:r>
        <w:rPr>
          <w:b/>
          <w:color w:val="1A304E"/>
          <w:sz w:val="28"/>
        </w:rPr>
        <w:t>s</w:t>
      </w:r>
    </w:p>
    <w:p w14:paraId="5D17CD85" w14:textId="77777777" w:rsidR="004F6746" w:rsidRDefault="00BE11BB">
      <w:pPr>
        <w:pStyle w:val="ListBullet"/>
      </w:pPr>
      <w:r>
        <w:rPr>
          <w:color w:val="1A304E"/>
        </w:rPr>
        <w:t>Test laptop, charger, projector, and Zoom connection</w:t>
      </w:r>
    </w:p>
    <w:p w14:paraId="75345BAD" w14:textId="77777777" w:rsidR="004F6746" w:rsidRDefault="00BE11BB">
      <w:pPr>
        <w:pStyle w:val="ListBullet"/>
      </w:pPr>
      <w:r>
        <w:rPr>
          <w:color w:val="1A304E"/>
        </w:rPr>
        <w:t>Have adapters, clicker, and a backup plan</w:t>
      </w:r>
    </w:p>
    <w:p w14:paraId="74ADFF6B" w14:textId="77777777" w:rsidR="004F6746" w:rsidRDefault="00BE11BB">
      <w:pPr>
        <w:pStyle w:val="ListBullet"/>
      </w:pPr>
      <w:r>
        <w:rPr>
          <w:color w:val="1A304E"/>
        </w:rPr>
        <w:t>Have water, tissues, and a small snack if appropriate</w:t>
      </w:r>
    </w:p>
    <w:p w14:paraId="522CAA93" w14:textId="77777777" w:rsidR="004F6746" w:rsidRDefault="00BE11BB">
      <w:pPr>
        <w:pStyle w:val="ListBullet"/>
      </w:pPr>
      <w:r>
        <w:rPr>
          <w:color w:val="1A304E"/>
        </w:rPr>
        <w:t>Plan your outfit the day before</w:t>
      </w:r>
    </w:p>
    <w:p w14:paraId="1698A93D" w14:textId="77777777" w:rsidR="004F6746" w:rsidRDefault="00BE11BB">
      <w:pPr>
        <w:pStyle w:val="ListBullet"/>
      </w:pPr>
      <w:r>
        <w:rPr>
          <w:color w:val="1A304E"/>
        </w:rPr>
        <w:t>Arrive early or log in early to set up</w:t>
      </w:r>
    </w:p>
    <w:p w14:paraId="79A148D9" w14:textId="77777777" w:rsidR="004F6746" w:rsidRDefault="00BE11BB">
      <w:r>
        <w:rPr>
          <w:b/>
          <w:color w:val="1A304E"/>
          <w:sz w:val="28"/>
        </w:rPr>
        <w:t>Mindset + Follow-Up</w:t>
      </w:r>
    </w:p>
    <w:p w14:paraId="3B7495CF" w14:textId="77777777" w:rsidR="004F6746" w:rsidRDefault="00BE11BB">
      <w:pPr>
        <w:pStyle w:val="ListBullet"/>
      </w:pPr>
      <w:r>
        <w:rPr>
          <w:color w:val="1A304E"/>
        </w:rPr>
        <w:t>Take deep brea</w:t>
      </w:r>
      <w:r>
        <w:rPr>
          <w:color w:val="1A304E"/>
        </w:rPr>
        <w:t>ths; remember you know your work best</w:t>
      </w:r>
    </w:p>
    <w:p w14:paraId="02A3EC1D" w14:textId="77777777" w:rsidR="004F6746" w:rsidRDefault="00BE11BB">
      <w:pPr>
        <w:pStyle w:val="ListBullet"/>
      </w:pPr>
      <w:r>
        <w:rPr>
          <w:color w:val="1A304E"/>
        </w:rPr>
        <w:t>Bring outline, pen, and paper for notes</w:t>
      </w:r>
    </w:p>
    <w:p w14:paraId="65A5B3B4" w14:textId="77777777" w:rsidR="004F6746" w:rsidRDefault="00BE11BB">
      <w:pPr>
        <w:pStyle w:val="ListBullet"/>
      </w:pPr>
      <w:r>
        <w:rPr>
          <w:color w:val="1A304E"/>
        </w:rPr>
        <w:t>Engage with questions as scholarly dialogue</w:t>
      </w:r>
    </w:p>
    <w:p w14:paraId="20EBEFD0" w14:textId="77777777" w:rsidR="004F6746" w:rsidRDefault="00BE11BB">
      <w:pPr>
        <w:pStyle w:val="ListBullet"/>
      </w:pPr>
      <w:r>
        <w:rPr>
          <w:color w:val="1A304E"/>
        </w:rPr>
        <w:t>Celebrate your milestone afterward</w:t>
      </w:r>
    </w:p>
    <w:p w14:paraId="165BCCDE" w14:textId="77777777" w:rsidR="004F6746" w:rsidRDefault="00BE11BB">
      <w:pPr>
        <w:pStyle w:val="ListBullet"/>
      </w:pPr>
      <w:r>
        <w:rPr>
          <w:color w:val="1A304E"/>
        </w:rPr>
        <w:t>Note revisions immediately while details are fresh</w:t>
      </w:r>
    </w:p>
    <w:p w14:paraId="5ACF0D01" w14:textId="77777777" w:rsidR="004F6746" w:rsidRDefault="00BE11BB">
      <w:pPr>
        <w:pStyle w:val="ListBullet"/>
      </w:pPr>
      <w:r>
        <w:rPr>
          <w:color w:val="1A304E"/>
        </w:rPr>
        <w:t>Schedule time for post-defense edits and submiss</w:t>
      </w:r>
      <w:r>
        <w:rPr>
          <w:color w:val="1A304E"/>
        </w:rPr>
        <w:t>ions</w:t>
      </w:r>
    </w:p>
    <w:sectPr w:rsidR="004F6746" w:rsidSect="00034616">
      <w:pgSz w:w="12240" w:h="15840"/>
      <w:pgMar w:top="1008" w:right="1296" w:bottom="1008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F6746"/>
    <w:rsid w:val="00AA1D8D"/>
    <w:rsid w:val="00B47730"/>
    <w:rsid w:val="00BE11B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CCB0C5"/>
  <w14:defaultImageDpi w14:val="300"/>
  <w15:docId w15:val="{B22C6C03-8DA4-9245-B703-DC21439D9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 Evans</cp:lastModifiedBy>
  <cp:revision>2</cp:revision>
  <dcterms:created xsi:type="dcterms:W3CDTF">2025-11-17T21:19:00Z</dcterms:created>
  <dcterms:modified xsi:type="dcterms:W3CDTF">2025-11-17T21:19:00Z</dcterms:modified>
  <cp:category/>
</cp:coreProperties>
</file>